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CỘNG HÒA XÃ HỘI CHỦ NGHĨA VIỆT NAM</w:t>
        <w:br/>
      </w:r>
      <w:r>
        <w:rPr>
          <w:b/>
        </w:rPr>
        <w:t>Độc lập - Tự do - Hạnh phúc</w:t>
        <w:br/>
      </w:r>
      <w:r>
        <w:t>---------------***---------------</w:t>
        <w:br/>
        <w:br/>
      </w:r>
    </w:p>
    <w:p>
      <w:pPr>
        <w:jc w:val="center"/>
      </w:pPr>
      <w:r>
        <w:rPr>
          <w:b/>
          <w:sz w:val="30"/>
        </w:rPr>
        <w:t>GIẤY ĐỀ NGHỊ ĐĂNG KÝ DOANH NGHIỆP</w:t>
        <w:br/>
      </w:r>
      <w:r>
        <w:rPr>
          <w:b/>
        </w:rPr>
        <w:t>CÔNG TY TRÁCH NHIỆM HỮU HẠN MỘT THÀNH VIÊN</w:t>
        <w:br/>
        <w:br/>
      </w:r>
    </w:p>
    <w:p>
      <w:r>
        <w:t>Kính gửi: Phòng Đăng ký kinh doanh tỉnh/thành phố: ...................................</w:t>
      </w:r>
    </w:p>
    <w:p>
      <w:r>
        <w:t>Tôi là (Ghi họ tên bằng chữ in hoa): ............................................................................</w:t>
      </w:r>
    </w:p>
    <w:p>
      <w:r>
        <w:t>Sinh ngày: ....../....../.......... Dân tộc: .................... Quốc tịch: ........................................</w:t>
      </w:r>
    </w:p>
    <w:p>
      <w:r>
        <w:t>Số Căn cước công dân/Hộ chiếu: ...................................................................................</w:t>
      </w:r>
    </w:p>
    <w:p>
      <w:r>
        <w:t>Ngày cấp: ....../....../.......... Nơi cấp: .................................................................................</w:t>
      </w:r>
    </w:p>
    <w:p>
      <w:r>
        <w:t>Địa chỉ thường trú: ............................................................................................................</w:t>
      </w:r>
    </w:p>
    <w:p>
      <w:r>
        <w:t>Địa chỉ hiện tại: .................................................................................................................</w:t>
      </w:r>
    </w:p>
    <w:p>
      <w:r>
        <w:rPr>
          <w:b/>
        </w:rPr>
        <w:br/>
        <w:t>ĐĂNG KÝ THÀNH LẬP CÔNG TY VỚI CÁC NỘI DUNG SAU:</w:t>
      </w:r>
    </w:p>
    <w:p>
      <w:r>
        <w:t>1. Tên công ty viết bằng tiếng Việt (Chữ in hoa): CÔNG TY TNHH ...................................</w:t>
      </w:r>
    </w:p>
    <w:p>
      <w:r>
        <w:t>2. Địa chỉ trụ sở chính: ..........................................................................................................</w:t>
      </w:r>
    </w:p>
    <w:p>
      <w:r>
        <w:t>Điện thoại: .......................................... Email: .......................................................................</w:t>
      </w:r>
    </w:p>
    <w:p>
      <w:r>
        <w:t>3. Ngành, nghề kinh doanh chính (Mã cấp 4): ....................................................................</w:t>
      </w:r>
    </w:p>
    <w:p>
      <w:r>
        <w:t>4. Vốn điều lệ (bằng số): .................................................... VNĐ.</w:t>
      </w:r>
    </w:p>
    <w:p>
      <w:r>
        <w:t xml:space="preserve">   (Bằng chữ): ........................................................................................................................</w:t>
      </w:r>
    </w:p>
    <w:p>
      <w:r>
        <w:rPr>
          <w:b/>
        </w:rPr>
        <w:br/>
        <w:t>5. ĐĂNG KÝ THÔNG TIN THUẾ BAN ĐẦU (BẮT BUỘC):</w:t>
      </w:r>
    </w:p>
    <w:p>
      <w:r>
        <w:t>- Phương pháp tính thuế GTGT (Tích chọn):    [  ] Khấu trừ        [  ] Trực tiếp trên doanh thu</w:t>
      </w:r>
    </w:p>
    <w:p>
      <w:r>
        <w:t>- Kỳ tính thuế: Theo Quý (Mặc định cho doanh nghiệp mới thành lập)</w:t>
      </w:r>
    </w:p>
    <w:p>
      <w:r>
        <w:t>- Ngày bắt đầu hoạt động sản xuất kinh doanh dự kiến: ....../....../2026</w:t>
      </w:r>
    </w:p>
    <w:p>
      <w:r>
        <w:t>- Năm tài chính: Từ ngày 01/01 đến ngày 31/12 (Năm dương lịch)</w:t>
      </w:r>
    </w:p>
    <w:p>
      <w:r>
        <w:t>- Tổng số lượng lao động dự kiến: ........................ người.</w:t>
      </w:r>
    </w:p>
    <w:p>
      <w:r>
        <w:br/>
        <w:t>Tôi cam kết chịu trách nhiệm trước pháp luật về tính hợp pháp, chính xác và trung thực của nội dung hồ sơ đăng ký doanh nghiệp này.</w:t>
      </w:r>
    </w:p>
    <w:p>
      <w:pPr>
        <w:jc w:val="right"/>
      </w:pPr>
      <w:r>
        <w:br/>
        <w:t>............., ngày ...... tháng ...... năm 2026</w:t>
        <w:br/>
      </w:r>
      <w:r>
        <w:rPr>
          <w:b/>
        </w:rPr>
        <w:t>CHỦ SỞ HỮU / NGƯỜI ĐẠI DIỆN PHÁP LUẬT</w:t>
        <w:br/>
      </w:r>
      <w:r>
        <w:t>(Ký, ghi rõ họ tên)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