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MẪU HỒ SƠ 01: CÔNG TY TNHH HAI THÀNH VIÊN TRỞ LÊN</w:t>
        <w:br/>
        <w:t>(Ban hành kèm theo Thông tư số 01/2021/TT-BKHĐT)</w:t>
      </w:r>
    </w:p>
    <w:p>
      <w:r>
        <w:rPr>
          <w:b/>
        </w:rPr>
        <w:t>1. Giấy đề nghị đăng ký doanh nghiệp Công ty TNHH Hai thành viên trở lên</w:t>
      </w:r>
    </w:p>
    <w:p>
      <w:r>
        <w:t>Kính gửi: Phòng Đăng ký kinh doanh tỉnh/thành phố .........................</w:t>
      </w:r>
    </w:p>
    <w:p>
      <w:r>
        <w:t>Tên công ty (viết in hoa): CÔNG TY TNHH .....................................................</w:t>
      </w:r>
    </w:p>
    <w:p>
      <w:r>
        <w:t>Địa chỉ trụ sở chính: ..............................................................................................</w:t>
      </w:r>
    </w:p>
    <w:p>
      <w:r>
        <w:t>Vốn điều lệ (bằng số): ...................................... VNĐ; (bằng chữ): ......................................</w:t>
      </w:r>
    </w:p>
    <w:p>
      <w:r>
        <w:t>Ngành, nghề kinh doanh chính (Mã cấp 4): .......................................................................</w:t>
      </w:r>
    </w:p>
    <w:p>
      <w:r>
        <w:rPr>
          <w:b/>
        </w:rPr>
        <w:t>2. Danh sách thành viên góp vốn (Mẫu bắt buộc)</w:t>
      </w:r>
    </w:p>
    <w:p>
      <w:r>
        <w:t>- Người đại diện theo pháp luật ký tên xác nhận.</w:t>
      </w:r>
    </w:p>
    <w:p>
      <w:r>
        <w:t>- Cột thông tin: STT | Tên thành viên | Mã số thuế/CCCD | Giá trị phần vốn góp | Tỷ lệ (%)</w:t>
      </w:r>
    </w:p>
    <w:p>
      <w:r>
        <w:rPr>
          <w:b/>
        </w:rPr>
        <w:t>3. Điều lệ Công ty TNHH Hai thành viên trở lên (Cốt lõi)</w:t>
      </w:r>
    </w:p>
    <w:p>
      <w:r>
        <w:t>- Quy định về cơ cấu tổ chức gồm: Hội đồng thành viên, Chủ tịch Hội đồng thành viên, Giám đốc/Tổng giám đốc.</w:t>
      </w:r>
    </w:p>
    <w:p>
      <w:r>
        <w:t>- Tất cả thành viên góp vốn bắt buộc phải ký tên vào từng trang của bản Điều lệ gốc.</w:t>
      </w:r>
    </w:p>
    <w:p>
      <w:r>
        <w:br w:type="page"/>
      </w:r>
    </w:p>
    <w:p>
      <w:pPr>
        <w:jc w:val="center"/>
      </w:pPr>
      <w:r>
        <w:rPr>
          <w:b/>
          <w:sz w:val="28"/>
        </w:rPr>
        <w:t>MẪU HỒ SƠ 02: CÔNG TY CỔ PHẦN</w:t>
        <w:br/>
        <w:t>(Ban hành kèm theo Thông tư số 01/2021/TT-BKHĐT)</w:t>
      </w:r>
    </w:p>
    <w:p>
      <w:r>
        <w:rPr>
          <w:b/>
        </w:rPr>
        <w:t>1. Giấy đề nghị đăng ký doanh nghiệp Công ty Cổ phần</w:t>
      </w:r>
    </w:p>
    <w:p>
      <w:r>
        <w:t>Kính gửi: Phòng Đăng ký kinh doanh tỉnh/thành phố .........................</w:t>
      </w:r>
    </w:p>
    <w:p>
      <w:r>
        <w:t>Tên công ty (viết in hoa): CÔNG TY CỔ PHẦN .....................................................</w:t>
      </w:r>
    </w:p>
    <w:p>
      <w:r>
        <w:t>Địa chỉ trụ sở chính: ..............................................................................................</w:t>
      </w:r>
    </w:p>
    <w:p>
      <w:r>
        <w:t>Vốn điều lệ (bằng số): ...................................... VNĐ; (bằng chữ): ......................................</w:t>
      </w:r>
    </w:p>
    <w:p>
      <w:r>
        <w:t>Tổng số cổ phần: ........................................; Mệnh giá cổ phần: 10.000 VNĐ/cổ phần</w:t>
      </w:r>
    </w:p>
    <w:p>
      <w:r>
        <w:t>Ngành, nghề kinh doanh chính (Mã cấp 4): .......................................................................</w:t>
      </w:r>
    </w:p>
    <w:p>
      <w:r>
        <w:rPr>
          <w:b/>
        </w:rPr>
        <w:t>2. Danh sách cổ đông sáng lập (Mẫu bắt buộc)</w:t>
      </w:r>
    </w:p>
    <w:p>
      <w:r>
        <w:t>- Áp dụng bắt buộc đối với mô hình Công ty Cổ phần mới thành lập (Tối thiểu 3 cổ đông sáng lập).</w:t>
      </w:r>
    </w:p>
    <w:p>
      <w:r>
        <w:t>- Cột thông tin: STT | Tên cổ đông | Số CCCD/Hộ chiếu | Số lượng cổ phần nắm giữ | Tỷ lệ (%)</w:t>
      </w:r>
    </w:p>
    <w:p>
      <w:r>
        <w:rPr>
          <w:b/>
        </w:rPr>
        <w:t>3. Điều lệ Công ty Cổ phần (Cốt lõi)</w:t>
      </w:r>
    </w:p>
    <w:p>
      <w:r>
        <w:t>- Quy định về cơ cấu tổ chức gồm: Đại hội đồng cổ đông, Hội đồng quản trị, Giám đốc/Tổng giám đốc và Ban kiểm soát (nếu có).</w:t>
      </w:r>
    </w:p>
    <w:p>
      <w:r>
        <w:t>- Tất cả cổ đông sáng lập bắt buộc phải ký ghi rõ họ tên vào trang cuối của Điều lệ.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